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5A3FA8"/>
          <w:sz w:val="27"/>
          <w:bCs/>
          <w:szCs w:val="27"/>
          <w:rtl w:val="1"/>
        </w:rPr>
        <w:t>🔎 קוראים חכם · דף תרגול להדפסה</w:t>
      </w:r>
    </w:p>
    <w:p>
      <w:pPr>
        <w:bidi w:val="1"/>
        <w:spacing w:after="160"/>
        <w:jc w:val="center"/>
      </w:pPr>
      <w:r>
        <w:rPr>
          <w:rFonts w:ascii="Arial" w:hAnsi="Arial" w:cs="Arial" w:eastAsia="Arial"/>
          <w:b/>
          <w:color w:val="3B2A5A"/>
          <w:sz w:val="60"/>
          <w:bCs/>
          <w:szCs w:val="60"/>
          <w:rtl w:val="1"/>
        </w:rPr>
        <w:t>דף תרגול – חידון מהיר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color w:val="B23A63"/>
          <w:sz w:val="34"/>
          <w:bCs/>
          <w:szCs w:val="34"/>
          <w:rtl w:val="1"/>
        </w:rPr>
        <w:t>17 שאלות · מפתח תשובות במהדורה למורה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sz w:val="27"/>
          <w:bCs/>
          <w:szCs w:val="27"/>
          <w:rtl w:val="1"/>
        </w:rPr>
        <w:t>🌍 עולים   ·   👩‍🏫 מהדורת מורה + תלמיד/ה   ·   🖨️ PDF · Word</w:t>
      </w:r>
    </w:p>
    <w:p>
      <w:pPr>
        <w:bidi w:val="1"/>
        <w:spacing w:after="80"/>
        <w:jc w:val="right"/>
        <w:shd w:val="clear" w:color="auto" w:fill="F1ECFF"/>
      </w:pPr>
      <w:r>
        <w:rPr>
          <w:rFonts w:ascii="Arial" w:hAnsi="Arial" w:cs="Arial" w:eastAsia="Arial"/>
          <w:b/>
          <w:sz w:val="25"/>
          <w:bCs/>
          <w:szCs w:val="25"/>
          <w:rtl w:val="1"/>
        </w:rPr>
        <w:t>בחוברת: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1. מהדורה למורה: מטרות, מהלך, מפת התאמות והנגשות ותשובות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2. חלק א׳ – מש״ה ושורשים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3. חלק ב׳ – תעודת זהות של טקסט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4. חלק ג׳ – מילות קישור, לפני הקריאה ורעיון מרכזי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5. כרטיס יציאה</w:t>
      </w:r>
    </w:p>
    <w:p>
      <w:pPr>
        <w:bidi w:val="1"/>
        <w:spacing w:after="400"/>
        <w:jc w:val="right"/>
      </w:pP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3B2A5A"/>
          <w:sz w:val="25"/>
          <w:bCs/>
          <w:szCs w:val="25"/>
          <w:rtl w:val="1"/>
        </w:rPr>
        <w:t>יצרה: רוית ראש בן ישי</w:t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39"/>
          <w:bCs/>
          <w:szCs w:val="39"/>
          <w:rtl w:val="1"/>
        </w:rPr>
        <w:t>👩‍🏫 מהדורה למורה</w:t>
      </w:r>
    </w:p>
    <w:p>
      <w:pPr>
        <w:bidi w:val="1"/>
        <w:spacing w:after="80"/>
        <w:jc w:val="right"/>
        <w:shd w:val="clear" w:color="auto" w:fill="2F7D47"/>
      </w:pPr>
      <w:r>
        <w:rPr>
          <w:rFonts w:ascii="Arial" w:hAnsi="Arial" w:cs="Arial" w:eastAsia="Arial"/>
          <w:b/>
          <w:color w:val="FFFFFF"/>
          <w:sz w:val="23"/>
          <w:bCs/>
          <w:szCs w:val="23"/>
          <w:rtl w:val="1"/>
        </w:rPr>
        <w:t>לשימוש המורה – לא לצילום לתלמידים ולתלמידות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מטרות הדף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לחזור על כל אסטרטגיות הקריאה באתר: מש״ה, תעודת זהות, מילות קישור, לפני–תוך כדי–אחרי ורעיון מרכזי.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לזהות טעויות נפוצות ולהסביר את התשובה הנכונה.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איך עובדים עם הדף (כ־20–30 דקות)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5103"/>
        <w:gridCol w:w="5103"/>
      </w:tblGrid>
      <w:tr>
        <w:tc>
          <w:tcPr>
            <w:tcW w:type="dxa" w:w="2245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שלב</w:t>
            </w:r>
          </w:p>
        </w:tc>
        <w:tc>
          <w:tcPr>
            <w:tcW w:type="dxa" w:w="7960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מה עושים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🎬 פתיחה (3 דק׳)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משחקים סבב אחד של ״חידון מהיר״ באתר.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✏️ חלקים א׳–ב׳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פותרים לבד את חלקים א׳–ב׳ (בלי שעון).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💭 חלק ג׳ וסיכום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חלק ג׳, כתיבת שאלה משלכם והחלפה עם חבר/ה; בדיקה עם המפתח.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right"/>
        <w:shd w:val="clear" w:color="auto" w:fill="FFF8E1"/>
      </w:pPr>
      <w:r>
        <w:rPr>
          <w:rFonts w:ascii="Arial" w:hAnsi="Arial" w:cs="Arial" w:eastAsia="Arial"/>
          <w:b w:val="0"/>
          <w:sz w:val="22"/>
          <w:szCs w:val="22"/>
          <w:rtl w:val="1"/>
        </w:rPr>
        <w:t>הדף תואם בדיוק לפעילות באתר: אפשר לשחק קודם באתר ואז לפתור על הדף, או להפך. אין לחץ זמן – בחנ״מ ובעולים אפשר לחלק לשני מפגשים.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מפת התאמות והנגשות</w:t>
      </w:r>
    </w:p>
    <w:p>
      <w:pPr>
        <w:bidi w:val="1"/>
        <w:spacing w:after="80"/>
        <w:jc w:val="right"/>
      </w:pPr>
      <w:r>
        <w:rPr>
          <w:rFonts w:ascii="Arial" w:hAnsi="Arial" w:cs="Arial" w:eastAsia="Arial"/>
          <w:b w:val="0"/>
          <w:sz w:val="20"/>
          <w:szCs w:val="20"/>
          <w:rtl w:val="1"/>
        </w:rPr>
        <w:t>הגרסה הזאת: עולים. עברית פשוטה, מילון קטן בשש שפות (לוודא), אימוג׳י ליד מילים וטבלת ״המילון האישי שלי״.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2551"/>
        <w:gridCol w:w="2551"/>
        <w:gridCol w:w="2551"/>
        <w:gridCol w:w="2551"/>
      </w:tblGrid>
      <w:tr>
        <w:tc>
          <w:tcPr>
            <w:tcW w:type="dxa" w:w="1225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🎯 התאמה לשכבה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💛 הנגשה (חנ״מ)</w:t>
            </w:r>
          </w:p>
        </w:tc>
        <w:tc>
          <w:tcPr>
            <w:tcW w:type="dxa" w:w="2857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🌍 עולים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יסודי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משחקים קצרים, כפתורים גדולים במיוחד, אימוג׳י ועוגנים חזותיים, ״נסו בעצמכם״.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כפתור הקראה לכל טקסט ומשימה; 2–3 אפשרויות בלבד;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מילון תמונות קופץ (אימוג׳י + תרגום); מילים יומיומיות.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חט״ב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מיונים לקטגוריות, משחקי שורש ומשפחות מילים, תעודת זהות לטקסט.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רמז מדורג אחרי 2 טעויות (מכוון, לא נותן תשובה); צבעים קבועים: סיבה=ירוק, תוצאה=כחול;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מחסן מילות קישור צבעוני לפי תפקיד; טקסטים בלי ניקוד, משפטים קצרים.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תיכון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היסק מסדר גבוה, שורשים חלשים, הומונימים, פירוק שאלות מורכבות.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חלוקה למקטעים – המקטע הבא נפתח אחרי משימה קטנה; בלי שעון עצר.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מילון בלחיצה למילים ברמה גבוהה עם הסבר פשוט ומילים נרדפות; שאלות במבנה של שאלות הבנת הנקרא.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🔑 תשובות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3402"/>
        <w:gridCol w:w="3402"/>
        <w:gridCol w:w="3402"/>
      </w:tblGrid>
      <w:tr>
        <w:tc>
          <w:tcPr>
            <w:tcW w:type="dxa" w:w="816"/>
            <w:shd w:val="clear" w:color="auto" w:fill="DCE6FB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מס׳</w:t>
            </w:r>
          </w:p>
        </w:tc>
        <w:tc>
          <w:tcPr>
            <w:tcW w:type="dxa" w:w="3266"/>
            <w:shd w:val="clear" w:color="auto" w:fill="DCE6FB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תשובה נכונה</w:t>
            </w:r>
          </w:p>
        </w:tc>
        <w:tc>
          <w:tcPr>
            <w:tcW w:type="dxa" w:w="6123"/>
            <w:shd w:val="clear" w:color="auto" w:fill="DCE6FB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הסבר</w:t>
            </w:r>
          </w:p>
        </w:tc>
      </w:tr>
      <w:tr>
        <w:tc>
          <w:tcPr>
            <w:tcW w:type="dxa" w:w="81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</w:t>
            </w:r>
          </w:p>
        </w:tc>
        <w:tc>
          <w:tcPr>
            <w:tcW w:type="dxa" w:w="326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ג. מילון</w:t>
            </w:r>
          </w:p>
        </w:tc>
        <w:tc>
          <w:tcPr>
            <w:tcW w:type="dxa" w:w="6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מ׳ = מילון – מחפשים בו את פירוש המילה.</w:t>
            </w:r>
          </w:p>
        </w:tc>
      </w:tr>
      <w:tr>
        <w:tc>
          <w:tcPr>
            <w:tcW w:type="dxa" w:w="81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2</w:t>
            </w:r>
          </w:p>
        </w:tc>
        <w:tc>
          <w:tcPr>
            <w:tcW w:type="dxa" w:w="326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ג. שורש</w:t>
            </w:r>
          </w:p>
        </w:tc>
        <w:tc>
          <w:tcPr>
            <w:tcW w:type="dxa" w:w="6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ש׳ = שורש – מוצאים מילים מוכרות מאותה משפחה.</w:t>
            </w:r>
          </w:p>
        </w:tc>
      </w:tr>
      <w:tr>
        <w:tc>
          <w:tcPr>
            <w:tcW w:type="dxa" w:w="81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3</w:t>
            </w:r>
          </w:p>
        </w:tc>
        <w:tc>
          <w:tcPr>
            <w:tcW w:type="dxa" w:w="326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ב. הקשר</w:t>
            </w:r>
          </w:p>
        </w:tc>
        <w:tc>
          <w:tcPr>
            <w:tcW w:type="dxa" w:w="6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ה׳ = הקשר – קוראים לפני ואחרי ומנחשים.</w:t>
            </w:r>
          </w:p>
        </w:tc>
      </w:tr>
      <w:tr>
        <w:tc>
          <w:tcPr>
            <w:tcW w:type="dxa" w:w="81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4</w:t>
            </w:r>
          </w:p>
        </w:tc>
        <w:tc>
          <w:tcPr>
            <w:tcW w:type="dxa" w:w="326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ב. כ־ת־ב</w:t>
            </w:r>
          </w:p>
        </w:tc>
        <w:tc>
          <w:tcPr>
            <w:tcW w:type="dxa" w:w="6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מ׳ היא אות שימוש; השורש כ־ת־ב.</w:t>
            </w:r>
          </w:p>
        </w:tc>
      </w:tr>
      <w:tr>
        <w:tc>
          <w:tcPr>
            <w:tcW w:type="dxa" w:w="81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5</w:t>
            </w:r>
          </w:p>
        </w:tc>
        <w:tc>
          <w:tcPr>
            <w:tcW w:type="dxa" w:w="326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ב. משמרת</w:t>
            </w:r>
          </w:p>
        </w:tc>
        <w:tc>
          <w:tcPr>
            <w:tcW w:type="dxa" w:w="6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משמרת – ש־מ־ר. שמש ושמן משורשים אחרים.</w:t>
            </w:r>
          </w:p>
        </w:tc>
      </w:tr>
      <w:tr>
        <w:tc>
          <w:tcPr>
            <w:tcW w:type="dxa" w:w="81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6</w:t>
            </w:r>
          </w:p>
        </w:tc>
        <w:tc>
          <w:tcPr>
            <w:tcW w:type="dxa" w:w="326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ב. השמיע קול של כלב</w:t>
            </w:r>
          </w:p>
        </w:tc>
        <w:tc>
          <w:tcPr>
            <w:tcW w:type="dxa" w:w="6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ההקשר: כלב, בקול.</w:t>
            </w:r>
          </w:p>
        </w:tc>
      </w:tr>
      <w:tr>
        <w:tc>
          <w:tcPr>
            <w:tcW w:type="dxa" w:w="81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7</w:t>
            </w:r>
          </w:p>
        </w:tc>
        <w:tc>
          <w:tcPr>
            <w:tcW w:type="dxa" w:w="326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ג. תקופה של חום חריג</w:t>
            </w:r>
          </w:p>
        </w:tc>
        <w:tc>
          <w:tcPr>
            <w:tcW w:type="dxa" w:w="6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מילה עם כמה פירושים – ההקשר (חום) בוחר.</w:t>
            </w:r>
          </w:p>
        </w:tc>
      </w:tr>
      <w:tr>
        <w:tc>
          <w:tcPr>
            <w:tcW w:type="dxa" w:w="81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8</w:t>
            </w:r>
          </w:p>
        </w:tc>
        <w:tc>
          <w:tcPr>
            <w:tcW w:type="dxa" w:w="326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ב. בוחרים את הפירוש שמתאים למשפט</w:t>
            </w:r>
          </w:p>
        </w:tc>
        <w:tc>
          <w:tcPr>
            <w:tcW w:type="dxa" w:w="6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ההקשר בוחר את הפירוש.</w:t>
            </w:r>
          </w:p>
        </w:tc>
      </w:tr>
      <w:tr>
        <w:tc>
          <w:tcPr>
            <w:tcW w:type="dxa" w:w="81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9</w:t>
            </w:r>
          </w:p>
        </w:tc>
        <w:tc>
          <w:tcPr>
            <w:tcW w:type="dxa" w:w="326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ג. בראש הטקסט</w:t>
            </w:r>
          </w:p>
        </w:tc>
        <w:tc>
          <w:tcPr>
            <w:tcW w:type="dxa" w:w="6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הכותרת בראש הטקסט, באותיות גדולות.</w:t>
            </w:r>
          </w:p>
        </w:tc>
      </w:tr>
      <w:tr>
        <w:tc>
          <w:tcPr>
            <w:tcW w:type="dxa" w:w="81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10</w:t>
            </w:r>
          </w:p>
        </w:tc>
        <w:tc>
          <w:tcPr>
            <w:tcW w:type="dxa" w:w="326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א. מי שכתב את הטקסט</w:t>
            </w:r>
          </w:p>
        </w:tc>
        <w:tc>
          <w:tcPr>
            <w:tcW w:type="dxa" w:w="6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מוען = הכותב/ת. נמען = למי פונים.</w:t>
            </w:r>
          </w:p>
        </w:tc>
      </w:tr>
      <w:tr>
        <w:tc>
          <w:tcPr>
            <w:tcW w:type="dxa" w:w="81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11</w:t>
            </w:r>
          </w:p>
        </w:tc>
        <w:tc>
          <w:tcPr>
            <w:tcW w:type="dxa" w:w="326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ב. מנהלת הספרייה</w:t>
            </w:r>
          </w:p>
        </w:tc>
        <w:tc>
          <w:tcPr>
            <w:tcW w:type="dxa" w:w="6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הנמען הוא מי שאליו פונים.</w:t>
            </w:r>
          </w:p>
        </w:tc>
      </w:tr>
      <w:tr>
        <w:tc>
          <w:tcPr>
            <w:tcW w:type="dxa" w:w="81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12</w:t>
            </w:r>
          </w:p>
        </w:tc>
        <w:tc>
          <w:tcPr>
            <w:tcW w:type="dxa" w:w="326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ב. המקום שבו הוא פורסם</w:t>
            </w:r>
          </w:p>
        </w:tc>
        <w:tc>
          <w:tcPr>
            <w:tcW w:type="dxa" w:w="6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במה = איפה הטקסט פורסם: עיתון, אתר, לוח מודעות…</w:t>
            </w:r>
          </w:p>
        </w:tc>
      </w:tr>
      <w:tr>
        <w:tc>
          <w:tcPr>
            <w:tcW w:type="dxa" w:w="81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13</w:t>
            </w:r>
          </w:p>
        </w:tc>
        <w:tc>
          <w:tcPr>
            <w:tcW w:type="dxa" w:w="326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ב. 5.11</w:t>
            </w:r>
          </w:p>
        </w:tc>
        <w:tc>
          <w:tcPr>
            <w:tcW w:type="dxa" w:w="6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תאריך האירוע אינו תאריך הפרסום.</w:t>
            </w:r>
          </w:p>
        </w:tc>
      </w:tr>
      <w:tr>
        <w:tc>
          <w:tcPr>
            <w:tcW w:type="dxa" w:w="81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14</w:t>
            </w:r>
          </w:p>
        </w:tc>
        <w:tc>
          <w:tcPr>
            <w:tcW w:type="dxa" w:w="326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א. אבל</w:t>
            </w:r>
          </w:p>
        </w:tc>
        <w:tc>
          <w:tcPr>
            <w:tcW w:type="dxa" w:w="6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אבל = ניגוד. לכן = תוצאה. למשל = דוגמה.</w:t>
            </w:r>
          </w:p>
        </w:tc>
      </w:tr>
      <w:tr>
        <w:tc>
          <w:tcPr>
            <w:tcW w:type="dxa" w:w="81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15</w:t>
            </w:r>
          </w:p>
        </w:tc>
        <w:tc>
          <w:tcPr>
            <w:tcW w:type="dxa" w:w="326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ב. לכן</w:t>
            </w:r>
          </w:p>
        </w:tc>
        <w:tc>
          <w:tcPr>
            <w:tcW w:type="dxa" w:w="6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הגשם הוא הסיבה, הדחייה היא התוצאה → לכן.</w:t>
            </w:r>
          </w:p>
        </w:tc>
      </w:tr>
      <w:tr>
        <w:tc>
          <w:tcPr>
            <w:tcW w:type="dxa" w:w="81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16</w:t>
            </w:r>
          </w:p>
        </w:tc>
        <w:tc>
          <w:tcPr>
            <w:tcW w:type="dxa" w:w="326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ב. מציצים בכותרת ומנחשים</w:t>
            </w:r>
          </w:p>
        </w:tc>
        <w:tc>
          <w:tcPr>
            <w:tcW w:type="dxa" w:w="6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לפני – מתכוננים ומנחשים.</w:t>
            </w:r>
          </w:p>
        </w:tc>
      </w:tr>
      <w:tr>
        <w:tc>
          <w:tcPr>
            <w:tcW w:type="dxa" w:w="81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17</w:t>
            </w:r>
          </w:p>
        </w:tc>
        <w:tc>
          <w:tcPr>
            <w:tcW w:type="dxa" w:w="326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ב. המשפט שאומר מה העיקר בטקסט</w:t>
            </w:r>
          </w:p>
        </w:tc>
        <w:tc>
          <w:tcPr>
            <w:tcW w:type="dxa" w:w="6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הרעיון המרכזי – המטרייה מעל כל הפרטים.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right"/>
        <w:shd w:val="clear" w:color="auto" w:fill="FFF8E1"/>
      </w:pPr>
      <w:r>
        <w:rPr>
          <w:rFonts w:ascii="Arial" w:hAnsi="Arial" w:cs="Arial" w:eastAsia="Arial"/>
          <w:b w:val="0"/>
          <w:sz w:val="22"/>
          <w:szCs w:val="22"/>
          <w:rtl w:val="1"/>
        </w:rPr>
        <w:t>ניקוד: נקודה לכל תשובה נכונה (סה״כ 17). מעל 14 – ⭐⭐⭐; מעל 10 – ⭐⭐; כל השאר – ⭐ ונחזור על הכרזה.</w:t>
      </w:r>
    </w:p>
    <w:p>
      <w:r>
        <w:br w:type="page"/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39"/>
          <w:bCs/>
          <w:szCs w:val="39"/>
          <w:rtl w:val="1"/>
        </w:rPr>
        <w:t>📝 דף תרגול · חידון מהיר · עולים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8" w:color="B9A7E6"/>
          <w:left w:val="dashed" w:sz="8" w:color="B9A7E6"/>
          <w:bottom w:val="dashed" w:sz="8" w:color="B9A7E6"/>
          <w:right w:val="dashed" w:sz="8" w:color="B9A7E6"/>
          <w:insideH w:val="dashed" w:sz="8" w:color="B9A7E6"/>
          <w:insideV w:val="dashed" w:sz="8" w:color="B9A7E6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שם: ____________________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כיתה: ________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תאריך: ________</w:t>
            </w:r>
          </w:p>
        </w:tc>
      </w:tr>
    </w:tbl>
    <w:p>
      <w:pPr>
        <w:bidi w:val="1"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d4f1f9"/>
          <w:left w:val="single" w:sz="18" w:color="d4f1f9"/>
          <w:bottom w:val="single" w:sz="18" w:color="d4f1f9"/>
          <w:right w:val="single" w:sz="18" w:color="d4f1f9"/>
          <w:insideH w:val="single" w:sz="18" w:color="d4f1f9"/>
          <w:insideV w:val="single" w:sz="18" w:color="d4f1f9"/>
        </w:tblBorders>
      </w:tblPr>
      <w:tblGrid>
        <w:gridCol w:w="10206"/>
      </w:tblGrid>
      <w:tr>
        <w:tc>
          <w:tcPr>
            <w:tcW w:type="dxa" w:w="10206"/>
            <w:shd w:val="clear" w:color="auto" w:fill="D4F1F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0F6F8C"/>
                <w:sz w:val="27"/>
                <w:bCs/>
                <w:szCs w:val="27"/>
                <w:rtl w:val="1"/>
              </w:rPr>
              <w:t>🌍 · מילון קטן – מילים חשובות בדף (תרגום – לוודא)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1458"/>
              <w:gridCol w:w="1458"/>
              <w:gridCol w:w="1458"/>
              <w:gridCol w:w="1458"/>
              <w:gridCol w:w="1458"/>
              <w:gridCol w:w="1458"/>
              <w:gridCol w:w="1458"/>
            </w:tblGrid>
            <w:tr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0"/>
                      <w:bCs/>
                      <w:szCs w:val="20"/>
                      <w:rtl w:val="1"/>
                    </w:rPr>
                    <w:t>עברית</w:t>
                  </w:r>
                </w:p>
              </w:tc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</w:p>
              </w:tc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0"/>
                      <w:bCs/>
                      <w:szCs w:val="20"/>
                      <w:rtl w:val="1"/>
                    </w:rPr>
                    <w:t>English</w:t>
                  </w:r>
                </w:p>
              </w:tc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0"/>
                      <w:bCs/>
                      <w:szCs w:val="20"/>
                      <w:rtl w:val="1"/>
                    </w:rPr>
                    <w:t>Русский</w:t>
                  </w:r>
                </w:p>
              </w:tc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0"/>
                      <w:bCs/>
                      <w:szCs w:val="20"/>
                      <w:rtl w:val="1"/>
                    </w:rPr>
                    <w:t>አማርኛ</w:t>
                  </w:r>
                </w:p>
              </w:tc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0"/>
                      <w:bCs/>
                      <w:szCs w:val="20"/>
                      <w:rtl w:val="1"/>
                    </w:rPr>
                    <w:t>العربية</w:t>
                  </w:r>
                </w:p>
              </w:tc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0"/>
                      <w:bCs/>
                      <w:szCs w:val="20"/>
                      <w:rtl w:val="1"/>
                    </w:rPr>
                    <w:t>Français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מילון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📖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dictionary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словарь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መዝገበ ቃላት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قاموس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dictionnaire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שורש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🌳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root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корень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ሥር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جذر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racine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הקשר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🧩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context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контекст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አውድ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سياق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contexte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כותרת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🏷️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title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заголовок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ርዕስ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عنوان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titre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במה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📰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publication venue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место публикации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የታተመበት ቦታ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مكان النشر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support de publication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מוען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✍️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writer / sender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автор / отправитель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ላኪ / ጸሐፊ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المرسِل / الكاتب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expéditeur / auteur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נמען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🎯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addressee / audience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адресат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ተቀባይ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المرسَل إليه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destinataire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תאריך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📅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date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дата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ቀን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تاريخ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date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רעיון מרכזי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☂️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main idea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главная мысль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ዋና ሐሳብ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الفكرة الرئيسية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idée principale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מילת קישור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🔗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connective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союз / связка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አያያዥ ቃል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أداة ربط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connecteur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* כל התרגומים מסומנים ״לוודא״ – כדאי לבדוק אותם עם דובר/ת השפה.</w:t>
            </w:r>
          </w:p>
        </w:tc>
      </w:tr>
    </w:tbl>
    <w:p>
      <w:pPr>
        <w:bidi w:val="1"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bd3e0"/>
          <w:left w:val="single" w:sz="18" w:color="fbd3e0"/>
          <w:bottom w:val="single" w:sz="18" w:color="fbd3e0"/>
          <w:right w:val="single" w:sz="18" w:color="fbd3e0"/>
          <w:insideH w:val="single" w:sz="18" w:color="fbd3e0"/>
          <w:insideV w:val="single" w:sz="18" w:color="fbd3e0"/>
        </w:tblBorders>
      </w:tblPr>
      <w:tblGrid>
        <w:gridCol w:w="10206"/>
      </w:tblGrid>
      <w:tr>
        <w:tc>
          <w:tcPr>
            <w:tcW w:type="dxa" w:w="10206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27"/>
                <w:bCs/>
                <w:szCs w:val="27"/>
                <w:rtl w:val="1"/>
              </w:rPr>
              <w:t>א׳ · מש״ה ושורשים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הקיפו את התשובה הנכונה. ⭐ נקודה על כל תשובה נכונה.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1. 📖 מה מסמלת האות מ׳ במש״ה?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מורה     ◯ משפט     ◯ מילון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2. 🌳 מה מסמלת האות ש׳ במש״ה?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שיר     ◯ שאלה     ◯ שורש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3. 🧩 מה מסמלת האות ה׳ במש״ה?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הסבר     ◯ הקשר     ◯ הוראה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4. ✉️ מה השורש של ״מכתב״?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מ־כ־ת     ◯ כ־ת־ב     ◯ ת־ב־מ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5. 💂 איזו מילה מאותה משפחה של ״שומר״?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שמן     ◯ משמרת     ◯ שמש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6. 🐕 ״הכלב נבח בקול על הדוור.״ מה פירוש ״נבח״?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ברח מהר     ◯ השמיע קול של כלב     ◯ ישן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7. 🌡️ ״גל של חום הגיע לאזור.״ מה פירוש ״גל״ כאן?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ערמת אבנים     ◯ תנועת מים בים     ◯ תקופה של חום חריג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8. 🤔 מה עושים כשהמילון נותן כמה פירושים?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בוחרים תמיד את הראשון     ◯ בוחרים את הפירוש שמתאים למשפט     ◯ מוותרים</w:t>
            </w:r>
          </w:p>
        </w:tc>
      </w:tr>
    </w:tbl>
    <w:p>
      <w:pPr>
        <w:bidi w:val="1"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de2b8"/>
          <w:left w:val="single" w:sz="18" w:color="fde2b8"/>
          <w:bottom w:val="single" w:sz="18" w:color="fde2b8"/>
          <w:right w:val="single" w:sz="18" w:color="fde2b8"/>
          <w:insideH w:val="single" w:sz="18" w:color="fde2b8"/>
          <w:insideV w:val="single" w:sz="18" w:color="fde2b8"/>
        </w:tblBorders>
      </w:tblPr>
      <w:tblGrid>
        <w:gridCol w:w="10206"/>
      </w:tblGrid>
      <w:tr>
        <w:tc>
          <w:tcPr>
            <w:tcW w:type="dxa" w:w="10206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A65A00"/>
                <w:sz w:val="27"/>
                <w:bCs/>
                <w:szCs w:val="27"/>
                <w:rtl w:val="1"/>
              </w:rPr>
              <w:t>ב׳ · תעודת זהות של טקסט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הקיפו את התשובה הנכונה.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9. 🏷️ איפה בדרך כלל מופיעה הכותרת?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באמצע הפסקה השלישית     ◯ רק בסוף     ◯ בראש הטקסט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10. ✍️ מי הוא ״המוען״?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מי שכתב את הטקסט     ◯ הנושא של הטקסט     ◯ מי שקורא את הטקסט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11. 🎯 מי הוא ״הנמען״ במכתב שמתחיל ״לכבוד מנהלת הספרייה״?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הספרייה העירונית כולה     ◯ מנהלת הספרייה     ◯ הכותב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12. 📰 ״במה״ של טקסט היא…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שם הכותב     ◯ המקום שבו הוא פורסם     ◯ הבמה באולם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13. 📅 בהזמנה כתוב ״האירוע: 19.11, נשלח: 5.11״. מהו תאריך הפרסום?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אין תאריך     ◯ 5.11     ◯ 19.11</w:t>
            </w:r>
          </w:p>
        </w:tc>
      </w:tr>
    </w:tbl>
    <w:p>
      <w:pPr>
        <w:bidi w:val="1"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d6f0dc"/>
          <w:left w:val="single" w:sz="18" w:color="d6f0dc"/>
          <w:bottom w:val="single" w:sz="18" w:color="d6f0dc"/>
          <w:right w:val="single" w:sz="18" w:color="d6f0dc"/>
          <w:insideH w:val="single" w:sz="18" w:color="d6f0dc"/>
          <w:insideV w:val="single" w:sz="18" w:color="d6f0dc"/>
        </w:tblBorders>
      </w:tblPr>
      <w:tblGrid>
        <w:gridCol w:w="10206"/>
      </w:tblGrid>
      <w:tr>
        <w:tc>
          <w:tcPr>
            <w:tcW w:type="dxa" w:w="10206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2F7D47"/>
                <w:sz w:val="27"/>
                <w:bCs/>
                <w:szCs w:val="27"/>
                <w:rtl w:val="1"/>
              </w:rPr>
              <w:t>ג׳ · מילות קישור, לפני הקריאה ורעיון מרכזי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הקיפו את התשובה הנכונה.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14. ↔️ איזו מילת קישור מסמנת ניגוד?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אבל     ◯ לכן     ◯ למשל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15. 🌧️ ״ירד גשם חזק, ___ המשחק נדחה.״ מה מתאים?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למרות     ◯ לכן     ◯ למשל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16. 🧭 מה עושים ״לפני הקריאה״?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עונים על השאלות     ◯ מציצים בכותרת ומנחשים     ◯ מסכמים במשפט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17. ☂️ מהו רעיון מרכזי?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הפרט הכי מצחיק     ◯ המשפט שאומר מה העיקר בטקסט     ◯ שם הכותב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✍️ עכשיו אתם: כתבו שאלה משלכם לחידון, עם תשובה נכונה ושתי תשובות שגויות.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⭐ הניקוד שלי: ______ מתוך 17</w:t>
            </w:r>
          </w:p>
        </w:tc>
      </w:tr>
    </w:tbl>
    <w:p>
      <w:pPr>
        <w:bidi w:val="1"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d4f1f9"/>
          <w:left w:val="single" w:sz="18" w:color="d4f1f9"/>
          <w:bottom w:val="single" w:sz="18" w:color="d4f1f9"/>
          <w:right w:val="single" w:sz="18" w:color="d4f1f9"/>
          <w:insideH w:val="single" w:sz="18" w:color="d4f1f9"/>
          <w:insideV w:val="single" w:sz="18" w:color="d4f1f9"/>
        </w:tblBorders>
      </w:tblPr>
      <w:tblGrid>
        <w:gridCol w:w="10206"/>
      </w:tblGrid>
      <w:tr>
        <w:tc>
          <w:tcPr>
            <w:tcW w:type="dxa" w:w="10206"/>
            <w:shd w:val="clear" w:color="auto" w:fill="D4F1F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0F6F8C"/>
                <w:sz w:val="27"/>
                <w:bCs/>
                <w:szCs w:val="27"/>
                <w:rtl w:val="1"/>
              </w:rPr>
              <w:t>📒 · המילון האישי שלי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2551"/>
              <w:gridCol w:w="2551"/>
              <w:gridCol w:w="2551"/>
              <w:gridCol w:w="2551"/>
            </w:tblGrid>
            <w:tr>
              <w:tc>
                <w:tcPr>
                  <w:tcW w:type="dxa" w:w="2551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מילה בעברית</w:t>
                  </w:r>
                </w:p>
              </w:tc>
              <w:tc>
                <w:tcPr>
                  <w:tcW w:type="dxa" w:w="2551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ציור קטן</w:t>
                  </w:r>
                </w:p>
              </w:tc>
              <w:tc>
                <w:tcPr>
                  <w:tcW w:type="dxa" w:w="2551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בשפה שלי</w:t>
                  </w:r>
                </w:p>
              </w:tc>
              <w:tc>
                <w:tcPr>
                  <w:tcW w:type="dxa" w:w="2551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משפט לדוגמה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 w:val="0"/>
          <w:color w:val="888888"/>
          <w:sz w:val="20"/>
          <w:szCs w:val="20"/>
          <w:rtl w:val="1"/>
        </w:rPr>
        <w:t>✂ - - - - - - - - - - - - - - - - - - - - - - - - - - - - - - - - - -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18" w:color="E86A92"/>
          <w:left w:val="dashed" w:sz="18" w:color="E86A92"/>
          <w:bottom w:val="dashed" w:sz="18" w:color="E86A92"/>
          <w:right w:val="dashed" w:sz="18" w:color="E86A92"/>
          <w:insideH w:val="dashed" w:sz="18" w:color="E86A92"/>
          <w:insideV w:val="dashed" w:sz="18" w:color="E86A92"/>
        </w:tblBorders>
      </w:tblPr>
      <w:tblGrid>
        <w:gridCol w:w="10206"/>
      </w:tblGrid>
      <w:tr>
        <w:tc>
          <w:tcPr>
            <w:tcW w:type="dxa" w:w="10206"/>
            <w:shd w:val="clear" w:color="auto" w:fill="FFF0F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29"/>
                <w:bCs/>
                <w:szCs w:val="29"/>
                <w:rtl w:val="1"/>
              </w:rPr>
              <w:t>🎟️ כרטיס יציאה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שם: __________________   תאריך: 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שאלה אחת שהייתה לי קשה – ומה התשובה הנכונה: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טיפ אחד שאזכור לפעם הבאה: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איך הרגשתי? ◯ 😀 בטוח/ה   ◯ 🙂 כמעט   ◯ 😕 צריך/ה עוד עזרה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850" w:bottom="907" w:left="850" w:header="397" w:footer="397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b w:val="0"/>
        <w:color w:val="666666"/>
        <w:sz w:val="17"/>
        <w:szCs w:val="17"/>
        <w:rtl w:val="1"/>
      </w:rPr>
      <w:t xml:space="preserve">  יצרה: רוית ראש בן ישי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  <w:shd w:val="clear" w:color="auto" w:fill="FBD3E0"/>
    </w:pPr>
    <w:r>
      <w:rPr>
        <w:rFonts w:ascii="Arial" w:hAnsi="Arial" w:cs="Arial" w:eastAsia="Arial"/>
        <w:b/>
        <w:color w:val="3B2A5A"/>
        <w:sz w:val="18"/>
        <w:bCs/>
        <w:szCs w:val="18"/>
        <w:rtl w:val="1"/>
      </w:rPr>
      <w:t>🔎 קוראים חכם · דף תרגול · חידון מהיר · עולים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3"/>
      <w:szCs w:val="23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חידון מהיר · עולים · מהדורת מורה+תלמיד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